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480"/>
        <w:jc w:val="center"/>
        <w:rPr/>
      </w:pPr>
      <w:r>
        <w:rPr>
          <w:b/>
          <w:sz w:val="28"/>
        </w:rPr>
        <w:t>SOLICITUD DE LOS COMERCIOS PARA ADHERIRSE A LA CAMPAÑA DE BONOS DE CONSUMO 2026</w:t>
      </w:r>
    </w:p>
    <w:p>
      <w:pPr>
        <w:pStyle w:val="Normal"/>
        <w:spacing w:before="0" w:after="360"/>
        <w:jc w:val="center"/>
        <w:rPr/>
      </w:pPr>
      <w:r>
        <w:rPr>
          <w:i/>
        </w:rPr>
        <w:t>Datos de la empresa y del representante que solicita la adhesión a la campaña.</w:t>
      </w:r>
    </w:p>
    <w:p>
      <w:pPr>
        <w:pStyle w:val="Normal"/>
        <w:keepNext w:val="true"/>
        <w:spacing w:before="120" w:after="80"/>
        <w:rPr/>
      </w:pPr>
      <w:r>
        <w:rPr>
          <w:b/>
          <w:sz w:val="26"/>
        </w:rPr>
        <w:t>DATOS PERSONALES</w:t>
      </w:r>
    </w:p>
    <w:tbl>
      <w:tblPr>
        <w:tblStyle w:val="TableGrid"/>
        <w:tblW w:w="9360" w:type="dxa"/>
        <w:jc w:val="left"/>
        <w:tblInd w:w="42" w:type="dxa"/>
        <w:tblLayout w:type="fixed"/>
        <w:tblCellMar>
          <w:top w:w="100" w:type="dxa"/>
          <w:left w:w="150" w:type="dxa"/>
          <w:bottom w:w="100" w:type="dxa"/>
          <w:right w:w="150" w:type="dxa"/>
        </w:tblCellMar>
        <w:tblLook w:firstRow="1" w:noVBand="1" w:lastRow="0" w:firstColumn="1" w:lastColumn="0" w:noHBand="0" w:val="04a0"/>
      </w:tblPr>
      <w:tblGrid>
        <w:gridCol w:w="1559"/>
        <w:gridCol w:w="781"/>
        <w:gridCol w:w="155"/>
        <w:gridCol w:w="384"/>
        <w:gridCol w:w="686"/>
        <w:gridCol w:w="594"/>
        <w:gridCol w:w="521"/>
        <w:gridCol w:w="2079"/>
        <w:gridCol w:w="261"/>
        <w:gridCol w:w="540"/>
        <w:gridCol w:w="641"/>
        <w:gridCol w:w="1158"/>
      </w:tblGrid>
      <w:tr>
        <w:trPr/>
        <w:tc>
          <w:tcPr>
            <w:tcW w:w="2879" w:type="dxa"/>
            <w:gridSpan w:val="4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Nombre y apellidos:</w:t>
            </w:r>
          </w:p>
        </w:tc>
        <w:tc>
          <w:tcPr>
            <w:tcW w:w="180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D.N.I / N.I.F:</w:t>
            </w:r>
          </w:p>
        </w:tc>
        <w:tc>
          <w:tcPr>
            <w:tcW w:w="288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Nombre y apellidos del representado (en su caso):</w:t>
            </w:r>
          </w:p>
        </w:tc>
        <w:tc>
          <w:tcPr>
            <w:tcW w:w="17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D.N.I / N.I.F:</w:t>
            </w:r>
          </w:p>
        </w:tc>
      </w:tr>
      <w:tr>
        <w:trPr/>
        <w:tc>
          <w:tcPr>
            <w:tcW w:w="155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C.P:</w:t>
            </w:r>
          </w:p>
        </w:tc>
        <w:tc>
          <w:tcPr>
            <w:tcW w:w="2600" w:type="dxa"/>
            <w:gridSpan w:val="5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Municipio:</w:t>
            </w:r>
          </w:p>
        </w:tc>
        <w:tc>
          <w:tcPr>
            <w:tcW w:w="2600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Provincia:</w:t>
            </w:r>
          </w:p>
        </w:tc>
        <w:tc>
          <w:tcPr>
            <w:tcW w:w="2600" w:type="dxa"/>
            <w:gridSpan w:val="4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Teléfono:</w:t>
            </w:r>
          </w:p>
        </w:tc>
      </w:tr>
      <w:tr>
        <w:trPr/>
        <w:tc>
          <w:tcPr>
            <w:tcW w:w="249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Correo electrónico:</w:t>
            </w:r>
          </w:p>
        </w:tc>
        <w:tc>
          <w:tcPr>
            <w:tcW w:w="1070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Fax:</w:t>
            </w:r>
          </w:p>
        </w:tc>
        <w:tc>
          <w:tcPr>
            <w:tcW w:w="4636" w:type="dxa"/>
            <w:gridSpan w:val="6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Domicilio a efectos de notificación:</w:t>
            </w:r>
          </w:p>
        </w:tc>
        <w:tc>
          <w:tcPr>
            <w:tcW w:w="1158" w:type="dxa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</w:tr>
      <w:tr>
        <w:trPr/>
        <w:tc>
          <w:tcPr>
            <w:tcW w:w="2340" w:type="dxa"/>
            <w:gridSpan w:val="2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340" w:type="dxa"/>
            <w:gridSpan w:val="5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340" w:type="dxa"/>
            <w:gridSpan w:val="2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339" w:type="dxa"/>
            <w:gridSpan w:val="3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</w:tr>
      <w:tr>
        <w:trPr/>
        <w:tc>
          <w:tcPr>
            <w:tcW w:w="2340" w:type="dxa"/>
            <w:gridSpan w:val="2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340" w:type="dxa"/>
            <w:gridSpan w:val="5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340" w:type="dxa"/>
            <w:gridSpan w:val="2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339" w:type="dxa"/>
            <w:gridSpan w:val="3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keepNext w:val="true"/>
        <w:spacing w:before="280" w:after="80"/>
        <w:rPr/>
      </w:pPr>
      <w:r>
        <w:rPr>
          <w:b/>
          <w:sz w:val="26"/>
        </w:rPr>
        <w:t>DATOS DE LA EMPRESA</w:t>
      </w:r>
    </w:p>
    <w:tbl>
      <w:tblPr>
        <w:tblStyle w:val="TableGrid"/>
        <w:tblW w:w="9360" w:type="dxa"/>
        <w:jc w:val="left"/>
        <w:tblInd w:w="42" w:type="dxa"/>
        <w:tblLayout w:type="fixed"/>
        <w:tblCellMar>
          <w:top w:w="100" w:type="dxa"/>
          <w:left w:w="150" w:type="dxa"/>
          <w:bottom w:w="100" w:type="dxa"/>
          <w:right w:w="150" w:type="dxa"/>
        </w:tblCellMar>
        <w:tblLook w:firstRow="1" w:noVBand="1" w:lastRow="0" w:firstColumn="1" w:lastColumn="0" w:noHBand="0" w:val="04a0"/>
      </w:tblPr>
      <w:tblGrid>
        <w:gridCol w:w="9360"/>
      </w:tblGrid>
      <w:tr>
        <w:trPr>
          <w:trHeight w:val="700" w:hRule="atLeast"/>
        </w:trPr>
        <w:tc>
          <w:tcPr>
            <w:tcW w:w="93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 w:val="20"/>
                <w:szCs w:val="22"/>
                <w:lang w:val="en-US" w:eastAsia="en-US" w:bidi="ar-SA"/>
              </w:rPr>
              <w:t>Código y descripción del tipo de comercio (Actividad CNAE / IAE):</w:t>
            </w:r>
          </w:p>
        </w:tc>
      </w:tr>
    </w:tbl>
    <w:p>
      <w:pPr>
        <w:pStyle w:val="Normal"/>
        <w:spacing w:before="280" w:after="120"/>
        <w:rPr/>
      </w:pPr>
      <w:r>
        <w:rPr>
          <w:b/>
        </w:rPr>
        <w:t>Datos que el solicitante autoriza que se publiquen en la web del Ayuntamiento de l'Alcúdia de Crespins respecto a su comercio / establecimiento (marcar con una X):</w:t>
      </w:r>
    </w:p>
    <w:p>
      <w:pPr>
        <w:pStyle w:val="Normal"/>
        <w:spacing w:before="0" w:after="80"/>
        <w:ind w:hanging="0" w:left="288"/>
        <w:rPr/>
      </w:pPr>
      <w:r>
        <w:rPr>
          <w:b/>
        </w:rPr>
        <w:t xml:space="preserve">[   ]  </w:t>
      </w:r>
      <w:r>
        <w:rPr/>
        <w:t>Nombre comercial del establecimiento:</w:t>
      </w:r>
    </w:p>
    <w:p>
      <w:pPr>
        <w:pStyle w:val="Normal"/>
        <w:spacing w:before="0" w:after="80"/>
        <w:ind w:hanging="0" w:left="288"/>
        <w:rPr/>
      </w:pPr>
      <w:r>
        <w:rPr>
          <w:b/>
        </w:rPr>
        <w:t xml:space="preserve">[   ]  </w:t>
      </w:r>
      <w:r>
        <w:rPr/>
        <w:t>Redes sociales (Instagram, Facebook):</w:t>
      </w:r>
    </w:p>
    <w:p>
      <w:pPr>
        <w:pStyle w:val="Normal"/>
        <w:spacing w:before="0" w:after="80"/>
        <w:ind w:hanging="0" w:left="288"/>
        <w:rPr/>
      </w:pPr>
      <w:r>
        <w:rPr>
          <w:b/>
        </w:rPr>
        <w:t xml:space="preserve">[   ]  </w:t>
      </w:r>
      <w:r>
        <w:rPr/>
        <w:t>Correo electrónico:</w:t>
      </w:r>
    </w:p>
    <w:p>
      <w:pPr>
        <w:pStyle w:val="Normal"/>
        <w:spacing w:before="0" w:after="80"/>
        <w:ind w:hanging="0" w:left="288"/>
        <w:rPr/>
      </w:pPr>
      <w:r>
        <w:rPr>
          <w:b/>
        </w:rPr>
        <w:t xml:space="preserve">[   ]  </w:t>
      </w:r>
      <w:r>
        <w:rPr/>
        <w:t>WhatsApp / Teléfono:</w:t>
      </w:r>
    </w:p>
    <w:p>
      <w:pPr>
        <w:pStyle w:val="Normal"/>
        <w:spacing w:before="0" w:after="80"/>
        <w:ind w:hanging="0" w:left="288"/>
        <w:rPr/>
      </w:pPr>
      <w:r>
        <w:rPr>
          <w:b/>
        </w:rPr>
        <w:t xml:space="preserve">[   ]  </w:t>
      </w:r>
      <w:r>
        <w:rPr/>
        <w:t>Otros (anotar en caso de querer aportar algún dato extra):</w:t>
      </w:r>
    </w:p>
    <w:p>
      <w:pPr>
        <w:pStyle w:val="Normal"/>
        <w:spacing w:before="280" w:after="120"/>
        <w:rPr/>
      </w:pPr>
      <w:r>
        <w:rPr>
          <w:b/>
        </w:rPr>
        <w:t>Número de la cuenta corriente bancaria a la que se desea que se realicen las transferencias:</w:t>
      </w:r>
    </w:p>
    <w:tbl>
      <w:tblPr>
        <w:tblStyle w:val="TableGrid"/>
        <w:tblW w:w="9360" w:type="dxa"/>
        <w:jc w:val="left"/>
        <w:tblInd w:w="42" w:type="dxa"/>
        <w:tblLayout w:type="fixed"/>
        <w:tblCellMar>
          <w:top w:w="100" w:type="dxa"/>
          <w:left w:w="150" w:type="dxa"/>
          <w:bottom w:w="100" w:type="dxa"/>
          <w:right w:w="150" w:type="dxa"/>
        </w:tblCellMar>
        <w:tblLook w:firstRow="1" w:noVBand="1" w:lastRow="0" w:firstColumn="1" w:lastColumn="0" w:noHBand="0" w:val="04a0"/>
      </w:tblPr>
      <w:tblGrid>
        <w:gridCol w:w="1289"/>
        <w:gridCol w:w="1051"/>
        <w:gridCol w:w="1855"/>
        <w:gridCol w:w="485"/>
        <w:gridCol w:w="806"/>
        <w:gridCol w:w="1534"/>
        <w:gridCol w:w="2339"/>
      </w:tblGrid>
      <w:tr>
        <w:trPr/>
        <w:tc>
          <w:tcPr>
            <w:tcW w:w="1289" w:type="dxa"/>
            <w:tcBorders/>
            <w:shd w:fill="F2F2F2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0"/>
                <w:szCs w:val="22"/>
                <w:lang w:val="en-US" w:eastAsia="en-US" w:bidi="ar-SA"/>
              </w:rPr>
              <w:t>ENTIDAD FINANCIERA</w:t>
            </w:r>
          </w:p>
        </w:tc>
        <w:tc>
          <w:tcPr>
            <w:tcW w:w="2906" w:type="dxa"/>
            <w:gridSpan w:val="2"/>
            <w:tcBorders/>
            <w:shd w:fill="F2F2F2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0"/>
                <w:szCs w:val="22"/>
                <w:lang w:val="en-US" w:eastAsia="en-US" w:bidi="ar-SA"/>
              </w:rPr>
              <w:t>DOMICILIO SUCURSAL</w:t>
            </w:r>
          </w:p>
        </w:tc>
        <w:tc>
          <w:tcPr>
            <w:tcW w:w="1291" w:type="dxa"/>
            <w:gridSpan w:val="2"/>
            <w:tcBorders/>
            <w:shd w:fill="F2F2F2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0"/>
                <w:szCs w:val="22"/>
                <w:lang w:val="en-US" w:eastAsia="en-US" w:bidi="ar-SA"/>
              </w:rPr>
              <w:t>BIC / SWIFT</w:t>
            </w:r>
          </w:p>
        </w:tc>
        <w:tc>
          <w:tcPr>
            <w:tcW w:w="3873" w:type="dxa"/>
            <w:gridSpan w:val="2"/>
            <w:tcBorders/>
            <w:shd w:fill="F2F2F2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kern w:val="0"/>
                <w:sz w:val="20"/>
                <w:szCs w:val="22"/>
                <w:lang w:val="en-US" w:eastAsia="en-US" w:bidi="ar-SA"/>
              </w:rPr>
              <w:t>IBAN</w:t>
            </w:r>
          </w:p>
        </w:tc>
      </w:tr>
      <w:tr>
        <w:trPr/>
        <w:tc>
          <w:tcPr>
            <w:tcW w:w="2340" w:type="dxa"/>
            <w:gridSpan w:val="2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340" w:type="dxa"/>
            <w:gridSpan w:val="2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340" w:type="dxa"/>
            <w:gridSpan w:val="2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339" w:type="dxa"/>
            <w:tcBorders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kern w:val="0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spacing w:before="120" w:after="240"/>
        <w:jc w:val="left"/>
        <w:rPr/>
      </w:pPr>
      <w:r>
        <w:rPr>
          <w:rFonts w:ascii="Courier New" w:hAnsi="Courier New"/>
        </w:rPr>
        <w:t>[____]   [____]   [____]   [____]   [____]   [____]   [____]   [____]</w:t>
      </w:r>
    </w:p>
    <w:p>
      <w:pPr>
        <w:pStyle w:val="Normal"/>
        <w:spacing w:before="0" w:after="120"/>
        <w:ind w:hanging="0" w:left="288"/>
        <w:rPr/>
      </w:pPr>
      <w:r>
        <w:rPr>
          <w:b/>
        </w:rPr>
        <w:t xml:space="preserve">AUTORIZO </w:t>
      </w:r>
      <w:r>
        <w:rPr/>
        <w:t xml:space="preserve"> a la cesión de datos para que se consulte el alta en la actividad en el epígrafe correspondiente.</w:t>
      </w:r>
    </w:p>
    <w:p>
      <w:pPr>
        <w:pStyle w:val="Normal"/>
        <w:spacing w:before="0" w:after="120"/>
        <w:ind w:hanging="0" w:left="288"/>
        <w:jc w:val="both"/>
        <w:rPr/>
      </w:pPr>
      <w:r>
        <w:rPr>
          <w:b/>
        </w:rPr>
        <w:t xml:space="preserve">DECLARO </w:t>
      </w:r>
      <w:r>
        <w:rPr/>
        <w:t xml:space="preserve"> que todos los datos anotados son ciertos e identifican la cuenta corriente de la que se es titular y la entidad financiera a través de la cual deseo recibir los diferentes pagos por parte del Ayuntamiento de l'Alcúdia de Crespins, por participar en la campaña correspondiente.</w:t>
      </w:r>
    </w:p>
    <w:p>
      <w:pPr>
        <w:pStyle w:val="Normal"/>
        <w:spacing w:before="0" w:after="120"/>
        <w:ind w:hanging="0" w:left="288"/>
        <w:jc w:val="both"/>
        <w:rPr/>
      </w:pPr>
      <w:r>
        <w:rPr>
          <w:b/>
        </w:rPr>
        <w:t xml:space="preserve">CONOZCO </w:t>
      </w:r>
      <w:r>
        <w:rPr/>
        <w:t xml:space="preserve"> el convenio y acepto el procedimiento de adhesión a la campaña y con la siguiente firma, acepto las bases establecidas y proclamo cumplir las condiciones estipuladas para obtener la condición de beneficiario.</w:t>
      </w:r>
    </w:p>
    <w:p>
      <w:pPr>
        <w:pStyle w:val="Normal"/>
        <w:spacing w:before="0" w:after="120"/>
        <w:ind w:hanging="0" w:left="288"/>
        <w:jc w:val="both"/>
        <w:rPr/>
      </w:pPr>
      <w:r>
        <w:rPr>
          <w:b/>
        </w:rPr>
        <w:t xml:space="preserve">Esta </w:t>
      </w:r>
      <w:r>
        <w:rPr/>
        <w:t xml:space="preserve"> presentación implica la autorización de cesión de los datos al Ayuntamiento de l'Alcúdia de Crespins, a los efectos de fiscalizar el programa de ayudas.</w:t>
      </w:r>
    </w:p>
    <w:p>
      <w:pPr>
        <w:pStyle w:val="Normal"/>
        <w:spacing w:before="600" w:after="200"/>
        <w:rPr/>
      </w:pPr>
      <w:r>
        <w:rPr/>
        <w:t>En L’ Alcúdia de Crespins, con fecha de la firma.</w:t>
        <w:br/>
        <w:br/>
        <w:br/>
        <w:b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i/>
        </w:rPr>
        <w:t>Firma del Solicitante / Representante Legal</w:t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hanging="0"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Bullet3">
    <w:name w:val="List Bullet 3"/>
    <w:basedOn w:val="Normal"/>
    <w:uiPriority w:val="99"/>
    <w:unhideWhenUsed/>
    <w:qFormat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Bullet4">
    <w:name w:val="List Bullet 4"/>
    <w:basedOn w:val="Normal"/>
    <w:uiPriority w:val="99"/>
    <w:unhideWhenUsed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qFormat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qFormat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qFormat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qFormat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qFormat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qFormat/>
    <w:rsid w:val="0029639d"/>
    <w:pPr>
      <w:spacing w:before="0" w:after="120"/>
      <w:ind w:hanging="0" w:left="360"/>
      <w:contextualSpacing/>
    </w:pPr>
    <w:rPr/>
  </w:style>
  <w:style w:type="paragraph" w:styleId="ListContinue2">
    <w:name w:val="List Continue 2"/>
    <w:basedOn w:val="Normal"/>
    <w:uiPriority w:val="99"/>
    <w:unhideWhenUsed/>
    <w:qFormat/>
    <w:rsid w:val="0029639d"/>
    <w:pPr>
      <w:spacing w:before="0" w:after="120"/>
      <w:ind w:hanging="0" w:left="720"/>
      <w:contextualSpacing/>
    </w:pPr>
    <w:rPr/>
  </w:style>
  <w:style w:type="paragraph" w:styleId="ListContinue3">
    <w:name w:val="List Continue 3"/>
    <w:basedOn w:val="Normal"/>
    <w:uiPriority w:val="99"/>
    <w:unhideWhenUsed/>
    <w:qFormat/>
    <w:rsid w:val="0029639d"/>
    <w:pPr>
      <w:spacing w:before="0" w:after="120"/>
      <w:ind w:hanging="0"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Caption1">
    <w:name w:val="caption1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/>
      </w:pBdr>
      <w:spacing w:before="200" w:after="280"/>
      <w:ind w:hanging="0"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LibreOffice/24.2.2.2$Windows_X86_64 LibreOffice_project/d56cc158d8a96260b836f100ef4b4ef25d6f1a01</Application>
  <AppVersion>15.0000</AppVersion>
  <Pages>2</Pages>
  <Words>306</Words>
  <Characters>1580</Characters>
  <CharactersWithSpaces>1889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es-ES</dc:language>
  <cp:lastModifiedBy/>
  <dcterms:modified xsi:type="dcterms:W3CDTF">2026-09-23T16:53:00Z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